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36/2026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Giani Marcio Coradini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Wederson Henrique da Silva Oliveira a(o) Comenda Zumbi dos Palmares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36/2026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Giani Marcio Coradini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Wederson Henrique da Silva Oliveira a(o) Comenda Zumbi dos Palmares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