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35/2026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Warlen César Bortoli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Décio Perim a Comenda Emílio Nemer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28/07/2026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35/2026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Warlen César Bortoli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Décio Perim a Comenda Emílio Nemer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