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18"/>
        </w:rPr>
        <w:t>1°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34/2026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Mateus Fim Págio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Layo Zanete Bonete a Comenda Benjamim Silva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18"/>
        </w:rPr>
        <w:t>2° VOTAÇÃO 28/07/2026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34/2026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Mateus Fim Págio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Layo Zanete Bonete a Comenda Benjamim Silva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