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33/2026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Jeandro Fiorot Careta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João Guilherme Careta a Comenda Humberto Fitipaldi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28/07/2026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33/2026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Jeandro Fiorot Careta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João Guilherme Careta a Comenda Humberto Fitipaldi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