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14/07/2026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22/2026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Rogério Granzieri o(a) Título de Castelense do Ano.</w:t>
            </w:r>
          </w:p>
        </w:tc>
        <w:tc>
          <w:tcPr>
            <w:tcW w:type="dxa" w:w="2693"/>
            <w:vAlign w:val="top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22/2026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Rogério Granzieri o(a) Título de Castelense do Ano.</w:t>
            </w:r>
          </w:p>
        </w:tc>
        <w:tc>
          <w:tcPr>
            <w:tcW w:type="dxa" w:w="2693"/>
            <w:vAlign w:val="top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