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24/03/2026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06/2026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Tiago de Souza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o Dia Municipal da Costureira no Município de Castelo/ES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31/03/2026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06/2026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Tiago de Souza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no âmbito do Município de Castelo/ES o Dia Municipal da Costureira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150</Words>
  <Characters>840</Characters>
  <CharactersWithSpaces>942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2026-08-03T16:52:19Z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