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10/03/2026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05/2026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Tiago de Souza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no âmbito do Município de Castelo/ES o Dia Municipal do “DJ”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10/03/2026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05/2026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Tiago de Souza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no âmbito do Município de Castelo/ES o Dia Municipal do “DJ”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152</Words>
  <Characters>836</Characters>
  <CharactersWithSpaces>940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2026-08-03T16:52:12Z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