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10/03/2026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77"/>
        <w:gridCol w:w="2177"/>
        <w:gridCol w:w="2177"/>
        <w:gridCol w:w="2177"/>
        <w:gridCol w:w="2177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04/2026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Mesa Diretora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reajuste aos servidores efetivos, comissionados, aposentados e pensionistas da Câmara Municipal de Castelo/ES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</w:r>
            <w:r>
              <w:rPr>
                <w:rFonts w:ascii="Arial" w:hAnsi="Arial"/>
                <w:sz w:val="14"/>
              </w:rPr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pPr>
              <w:spacing w:before="40" w:after="0"/>
            </w:pPr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10/03/2026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77"/>
        <w:gridCol w:w="2177"/>
        <w:gridCol w:w="2177"/>
        <w:gridCol w:w="2177"/>
        <w:gridCol w:w="2177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04/2026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Mesa Diretora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Concede reajuste aos servidores efetivos, comissionados, aposentados e pensionistas da Câmara Municipal de Castelo/ES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</w:r>
            <w:r>
              <w:rPr>
                <w:rFonts w:ascii="Arial" w:hAnsi="Arial"/>
                <w:sz w:val="14"/>
              </w:rPr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pPr>
              <w:spacing w:before="40" w:after="0"/>
            </w:pPr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1906" w:h="16838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