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17/03/2026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02/2026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Ulysses Andreão Callegario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Denomina São João Batista via pública na comunidade de Estrela do Norte,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24/03/2026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02/2026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Ulysses Andreão Callegario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Denomina São João Batista via pública na comunidade da Estrela do Norte,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158</Words>
  <Characters>908</Characters>
  <CharactersWithSpaces>1018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2026-08-03T16:49:15Z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